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Document de contrôle</w:t>
      </w:r>
    </w:p>
    <w:p>
      <w:r>
        <w:t>Convertisseur.com • exemple artificiel • édition du 23 septembre 2026</w:t>
      </w:r>
    </w:p>
    <w:p>
      <w:pPr>
        <w:pStyle w:val="Heading1"/>
      </w:pPr>
      <w:r>
        <w:t>1. Texte et caractères</w:t>
      </w:r>
    </w:p>
    <w:p>
      <w:r>
        <w:t>Élodie prépare une conversion : été, Noël, cœur, façade. Le code 00123 doit rester distinct du nombre 123. La valeur −12,50 et la date 23/09/2026 servent de repères de lecture.</w:t>
      </w:r>
    </w:p>
    <w:p>
      <w:r>
        <w:t>Cette phrase ne doit pas perdre sa négation : le paiement n’est pas confirmé.</w:t>
      </w:r>
    </w:p>
    <w:p>
      <w:pPr>
        <w:pStyle w:val="Heading1"/>
      </w:pPr>
      <w:r>
        <w:t>2. Tableau de montants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fill="FFF0F0"/>
          </w:tcPr>
          <w:p>
            <w:r>
              <w:rPr>
                <w:b/>
                <w:color w:val="A51212"/>
              </w:rPr>
              <w:t>Code</w:t>
            </w:r>
          </w:p>
        </w:tc>
        <w:tc>
          <w:tcPr>
            <w:tcW w:type="dxa" w:w="3312"/>
            <w:shd w:fill="FFF0F0"/>
          </w:tcPr>
          <w:p>
            <w:r>
              <w:rPr>
                <w:b/>
                <w:color w:val="A51212"/>
              </w:rPr>
              <w:t>Libellé</w:t>
            </w:r>
          </w:p>
        </w:tc>
        <w:tc>
          <w:tcPr>
            <w:tcW w:type="dxa" w:w="3312"/>
            <w:shd w:fill="FFF0F0"/>
          </w:tcPr>
          <w:p>
            <w:r>
              <w:rPr>
                <w:b/>
                <w:color w:val="A51212"/>
              </w:rPr>
              <w:t>Montant (€)</w:t>
            </w:r>
          </w:p>
        </w:tc>
      </w:tr>
      <w:tr>
        <w:tc>
          <w:tcPr>
            <w:tcW w:type="dxa" w:w="3312"/>
          </w:tcPr>
          <w:p>
            <w:r>
              <w:rPr>
                <w:color w:val="222222"/>
              </w:rPr>
              <w:t>00123</w:t>
            </w:r>
          </w:p>
        </w:tc>
        <w:tc>
          <w:tcPr>
            <w:tcW w:type="dxa" w:w="3312"/>
          </w:tcPr>
          <w:p>
            <w:r>
              <w:rPr>
                <w:color w:val="222222"/>
              </w:rPr>
              <w:t>Exemple A</w:t>
            </w:r>
          </w:p>
        </w:tc>
        <w:tc>
          <w:tcPr>
            <w:tcW w:type="dxa" w:w="3312"/>
          </w:tcPr>
          <w:p>
            <w:r>
              <w:rPr>
                <w:color w:val="222222"/>
              </w:rPr>
              <w:t>12,50</w:t>
            </w:r>
          </w:p>
        </w:tc>
      </w:tr>
      <w:tr>
        <w:tc>
          <w:tcPr>
            <w:tcW w:type="dxa" w:w="3312"/>
          </w:tcPr>
          <w:p>
            <w:r>
              <w:rPr>
                <w:color w:val="222222"/>
              </w:rPr>
              <w:t>00456</w:t>
            </w:r>
          </w:p>
        </w:tc>
        <w:tc>
          <w:tcPr>
            <w:tcW w:type="dxa" w:w="3312"/>
          </w:tcPr>
          <w:p>
            <w:r>
              <w:rPr>
                <w:color w:val="222222"/>
              </w:rPr>
              <w:t>Exemple B</w:t>
            </w:r>
          </w:p>
        </w:tc>
        <w:tc>
          <w:tcPr>
            <w:tcW w:type="dxa" w:w="3312"/>
          </w:tcPr>
          <w:p>
            <w:r>
              <w:rPr>
                <w:color w:val="222222"/>
              </w:rPr>
              <w:t>−3,20</w:t>
            </w:r>
          </w:p>
        </w:tc>
      </w:tr>
      <w:tr>
        <w:tc>
          <w:tcPr>
            <w:tcW w:type="dxa" w:w="3312"/>
          </w:tcPr>
          <w:p>
            <w:r>
              <w:rPr>
                <w:color w:val="222222"/>
              </w:rPr>
              <w:t>TOTAL</w:t>
            </w:r>
          </w:p>
        </w:tc>
        <w:tc>
          <w:tcPr>
            <w:tcW w:type="dxa" w:w="3312"/>
          </w:tcPr>
          <w:p>
            <w:r>
              <w:rPr>
                <w:color w:val="222222"/>
              </w:rPr>
              <w:t>Somme attendue</w:t>
            </w:r>
          </w:p>
        </w:tc>
        <w:tc>
          <w:tcPr>
            <w:tcW w:type="dxa" w:w="3312"/>
          </w:tcPr>
          <w:p>
            <w:r>
              <w:rPr>
                <w:color w:val="222222"/>
              </w:rPr>
              <w:t>9,30</w:t>
            </w:r>
          </w:p>
        </w:tc>
      </w:tr>
    </w:tbl>
    <w:p>
      <w:pPr>
        <w:pStyle w:val="Heading1"/>
      </w:pPr>
      <w:r>
        <w:t>3. Contrôles de la première page</w:t>
      </w:r>
    </w:p>
    <w:p>
      <w:pPr>
        <w:pStyle w:val="ListBullet"/>
      </w:pPr>
      <w:r>
        <w:t>Le tableau contient trois lignes de données, en plus de son en-tête.</w:t>
      </w:r>
    </w:p>
    <w:p>
      <w:pPr>
        <w:pStyle w:val="ListBullet"/>
      </w:pPr>
      <w:r>
        <w:t>Les codes gardent leurs zéros initiaux.</w:t>
      </w:r>
    </w:p>
    <w:p>
      <w:pPr>
        <w:pStyle w:val="ListBullet"/>
      </w:pPr>
      <w:r>
        <w:t>Le total vérifiable est 12,50 − 3,20 = 9,30.</w:t>
      </w:r>
    </w:p>
    <w:p>
      <w:r>
        <w:br w:type="page"/>
      </w:r>
    </w:p>
    <w:p>
      <w:pPr>
        <w:pStyle w:val="Title"/>
      </w:pPr>
      <w:r>
        <w:t>Seconde page de contrôle</w:t>
      </w:r>
    </w:p>
    <w:p>
      <w:r>
        <w:t>REPÈRE FIN — ce texte doit apparaître sur la deuxième page.</w:t>
      </w:r>
    </w:p>
    <w:p>
      <w:pPr>
        <w:pStyle w:val="Heading1"/>
      </w:pPr>
      <w:r>
        <w:t>4. Structure et pagination</w:t>
      </w:r>
    </w:p>
    <w:p>
      <w:r>
        <w:t>Le fichier source contient un saut de page explicite. Après un export PDF, les titres, le tableau et cette seconde page doivent rester lisibles. Un retour vers un traitement de texte peut modifier la structure et nécessite une nouvelle vérification.</w:t>
      </w:r>
    </w:p>
    <w:p>
      <w:r>
        <w:t>Pour comparer deux sorties, inspectez le texte sélectionnable, l’ordre de lecture, les signes, les caractères accentués et le nombre de pages. Une ressemblance visuelle ne garantit pas la conservation de toutes les propriétés du document.</w:t>
      </w:r>
    </w:p>
    <w:p>
      <w:pPr>
        <w:pStyle w:val="Heading1"/>
      </w:pPr>
      <w:r>
        <w:t>5. Périmètre de cet exemple</w:t>
      </w:r>
    </w:p>
    <w:p>
      <w:r>
        <w:t>Ce petit document n’inclut ni signature, ni macro, ni mot de passe, ni formulaire interactif. Sa réussite ne valide pas les documents complexes ou numérisés. Les essais publiés précisent séparément les logiciels réellement exécutés.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A5121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A5121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color w:val="A5121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contrôle des conversions — Convertisseur.com</dc:title>
  <dc:subject>Exemple artificiel à télécharger et à comparer</dc:subject>
  <dc:creator>Convertisseur.com</dc:creator>
  <cp:keywords/>
  <dc:description>generated by python-docx</dc:description>
  <cp:lastModifiedBy/>
  <cp:revision>1</cp:revision>
  <dcterms:created xsi:type="dcterms:W3CDTF">2013-12-23T23:15:00Z</dcterms:created>
  <dcterms:modified xsi:type="dcterms:W3CDTF">2013-12-23T23:15:00Z</dcterms:modified>
  <cp:category/>
</cp:coreProperties>
</file>